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dérive des continents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Allègre, Claude/ </w:t>
            </w:r>
          </w:p>
        </w:tc>
      </w:tr>
      <w:tr>
        <w:trPr>
          <w:trHeight w:val="567"/>
        </w:trPr>
        <w:tc>
          <w:tcPr>
            <w:tcW w:type="dxa" w:w="3000"/>
          </w:tcPr>
          <w:p>
            <w:r>
              <w:t>Adresse bib.</w:t>
            </w:r>
          </w:p>
        </w:tc>
        <w:tc>
          <w:tcPr>
            <w:tcW w:type="dxa" w:w="7000"/>
          </w:tcPr>
          <w:p>
            <w:r>
              <w:t xml:space="preserve">Pour la science/ diffusion Belin/ </w:t>
            </w:r>
          </w:p>
        </w:tc>
      </w:tr>
      <w:tr>
        <w:trPr>
          <w:trHeight w:val="567"/>
        </w:trPr>
        <w:tc>
          <w:tcPr>
            <w:tcW w:type="dxa" w:w="3000"/>
          </w:tcPr>
          <w:p>
            <w:r>
              <w:t>Nombre de Pages</w:t>
            </w:r>
          </w:p>
        </w:tc>
        <w:tc>
          <w:tcPr>
            <w:tcW w:type="dxa" w:w="7000"/>
          </w:tcPr>
          <w:p>
            <w:r>
              <w:t>215 p.</w:t>
            </w:r>
          </w:p>
        </w:tc>
      </w:tr>
      <w:tr>
        <w:trPr>
          <w:trHeight w:val="567"/>
        </w:trPr>
        <w:tc>
          <w:tcPr>
            <w:tcW w:type="dxa" w:w="3000"/>
          </w:tcPr>
          <w:p>
            <w:r>
              <w:t>Illustration</w:t>
            </w:r>
          </w:p>
        </w:tc>
        <w:tc>
          <w:tcPr>
            <w:tcW w:type="dxa" w:w="7000"/>
          </w:tcPr>
          <w:p>
            <w:r>
              <w:t>ill. en noir et en coul., couv. ill. en coul.</w:t>
            </w:r>
          </w:p>
        </w:tc>
      </w:tr>
      <w:tr>
        <w:trPr>
          <w:trHeight w:val="567"/>
        </w:trPr>
        <w:tc>
          <w:tcPr>
            <w:tcW w:type="dxa" w:w="3000"/>
          </w:tcPr>
          <w:p>
            <w:r>
              <w:t>Format</w:t>
            </w:r>
          </w:p>
        </w:tc>
        <w:tc>
          <w:tcPr>
            <w:tcW w:type="dxa" w:w="7000"/>
          </w:tcPr>
          <w:p>
            <w:r>
              <w:t>29 cm</w:t>
            </w:r>
          </w:p>
        </w:tc>
      </w:tr>
      <w:tr>
        <w:trPr>
          <w:trHeight w:val="567"/>
        </w:trPr>
        <w:tc>
          <w:tcPr>
            <w:tcW w:type="dxa" w:w="3000"/>
          </w:tcPr>
          <w:p>
            <w:r>
              <w:t>Collection</w:t>
            </w:r>
          </w:p>
        </w:tc>
        <w:tc>
          <w:tcPr>
            <w:tcW w:type="dxa" w:w="7000"/>
          </w:tcPr>
          <w:p>
            <w:r>
              <w:t>Bibliothèque "Pour la science"(N°:5)</w:t>
            </w:r>
          </w:p>
        </w:tc>
      </w:tr>
      <w:tr>
        <w:trPr>
          <w:trHeight w:val="567"/>
        </w:trPr>
        <w:tc>
          <w:tcPr>
            <w:tcW w:type="dxa" w:w="3000"/>
          </w:tcPr>
          <w:p>
            <w:r>
              <w:t>Notes Générales</w:t>
            </w:r>
          </w:p>
        </w:tc>
        <w:tc>
          <w:tcPr>
            <w:tcW w:type="dxa" w:w="7000"/>
          </w:tcPr>
          <w:p>
            <w:r>
              <w:t>Bibliogr. p.p.  214-215. Index</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Dérive des continents/ </w:t>
            </w:r>
          </w:p>
        </w:tc>
      </w:tr>
    </w:tbl>
    <w:p>
      <w:pPr>
        <w:pStyle w:val="Heading3"/>
      </w:pPr>
      <w:r>
        <w:t>Résumé :</w:t>
      </w:r>
    </w:p>
    <w:p>
      <w:r>
        <w:t>Ce livre retrace l’évolution de la théorie de la dérive des continents, depuis les premières intuitions scientifiques jusqu’à l’élaboration de la tectonique des plaques. Hallam explique comment l’hypothèse d’Alfred Wegener, d’abord contestée, a été confirmée grâce aux découvertes sur l’expansion des fonds océaniques et aux progrès de la géophysique après la Seconde Guerre mondiale.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