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Tectonique Sciences de la terre.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Dercourt, Jean/ Poirier,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