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Règles de conception et de calcul des structures en acier "CCM 97"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Belazougui, Mohamed/ Ameur, boualem/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national de recherche appliquée en génie parasismique/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9961923049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règle de conception/ structure/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