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géologie du pétrole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Guillemot,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des éditions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 sédimentaire/ économie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à un public d’étudiants, de professionnels et de chercheurs, cet ouvrage fournit une base solide pour comprendre la géologie du pétrole et les défis actuels de l’industrie pétrolière.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