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Hingray/ Picouet, Cécile/ Musy, André/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612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9782880747985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w:t>
            </w:r>
          </w:p>
        </w:tc>
      </w:tr>
    </w:tbl>
    <w:p>
      <w:pPr>
        <w:pStyle w:val="Heading3"/>
      </w:pPr>
      <w:r>
        <w:t>Résumé :</w:t>
      </w:r>
    </w:p>
    <w:p>
      <w:r>
        <w:t>Cet ouvrage sans équivalent en langue française expose les principales méthodes et techniques nécessaires à la réhabilitation, la réalisation, la planification d'aménagements utiles à la gestion des ressources en eau et des risques naturels associés. Il couvre les principaux thèmes de l'ingénierie des eaux de surface, de la production des écoulements à leur propagation en rivière ou au travers d'ouvrages spécifiques. Il traite de façon détaillée les problématiques des données, de la modélisation hydrologique, de la prédétermination et de la prévision des crues et des étiages, ainsi que d'autres thèmes plus novateurs tels que l'hydrologie alpine, la régionalisation et la production de scénarios météorologiques pour les analyses hydrologiques. Les sujets sont présentés de manière rigoureuse, les méthodes décrites dans le détail et leurs applications commentées sur la base de la vaste expérience des auteurs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