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Matériaux composites à matrice organique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Chrétien, Gilbert/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Technique Et Documentation- 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2852063255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Matériaux de l'ingénieur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Matériaux de l'ingénieur/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matériaux/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