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du devis en fabrication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Bodin,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moderne d'édition/ Technique Et Documentation-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Ingénieurs praticiens(N°:None)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2704405255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chiffrage industriel/ lancement de production/ </w:t>
            </w:r>
          </w:p>
        </w:tc>
      </w:tr>
    </w:tbl>
    <w:p>
      <w:pPr>
        <w:pStyle w:val="Heading3"/>
      </w:pPr>
      <w:r>
        <w:t>Résumé :</w:t>
      </w:r>
    </w:p>
    <w:p>
      <w:r>
        <w:t>L’auteur vise à fournir aux techniciens, ingénieurs et responsables de production une méthode structurée pour :</w:t>
        <w:br/>
        <w:br/>
        <w:br/>
        <w:br/>
        <w:t>estimer les coûts réels de fabrication d’une pièce ou d’un ensemble mécanique,</w:t>
        <w:br/>
        <w:br/>
        <w:br/>
        <w:br/>
        <w:t>comprendre toutes les composantes du coût de production,</w:t>
        <w:br/>
        <w:br/>
        <w:br/>
        <w:br/>
        <w:t>rédiger un devis compétitif tout en assurant la rentabilité. Ce livre est une référence pratique pour maîtriser la préparation et l’établissement d’un devis industriel en mécanique, en alliant :</w:t>
        <w:br/>
        <w:br/>
        <w:br/>
        <w:br/>
        <w:t>✔ compréhension technique des opérations de fabrication</w:t>
        <w:br/>
        <w:br/>
        <w:t>✔ estimation économique fiable des coûts</w:t>
        <w:br/>
        <w:br/>
        <w:t>✔ méthodes pour rendre le devis professionnel et compétitif.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