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Nonclercq/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2870800010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urbaine/ compléments d'hydraulique/ </w:t>
            </w:r>
          </w:p>
        </w:tc>
      </w:tr>
    </w:tbl>
    <w:p>
      <w:pPr>
        <w:pStyle w:val="Heading3"/>
      </w:pPr>
      <w:r>
        <w:t>Résumé :</w:t>
      </w:r>
    </w:p>
    <w:p>
      <w:r>
        <w:t>Le Tome 1 de Hydraulique Urbaine est un ouvrage fondamental de formation, centré sur les principes physiques et hydrologiques régissant les réseaux urbains. Il prépare le lecteur aux applications pratiques et aux calculs détaillés développés dans le Tome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