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V6, Analyse des structures et milieux continus, méthode des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Jirousek, Jaroslav/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XIII-298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2880744636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milieux continus/ théorie de construction/ </w:t>
            </w:r>
          </w:p>
        </w:tc>
      </w:tr>
    </w:tbl>
    <w:p>
      <w:pPr>
        <w:pStyle w:val="Heading3"/>
      </w:pPr>
      <w:r>
        <w:t>Résumé :</w:t>
      </w:r>
    </w:p>
    <w:p>
      <w:r>
        <w:t>La méthode des éléments finis est un outil de résolution numérique approchée des problèmes de structures et solides de l'ingénieur constructeur et, plus généralement, des problèmes physiques régis par des équations différentielles. Il s'agit d'un outil de travail remarquable de possibilités, qu'il convient de savoir maîtriser et utiliser à bon escient. Ce livre pressente une introduction aux bases théoriques et pratiques de la méthode, en s'appuyant sur le cas concret des solides et structures. On se limite volontairement au domaine statique élastique linéaire et aux éléments finis du modèle déplacement. La présentation recourt davantage au caractère physique attrayant de la méthode des éléments finis qu'a son aspect purement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