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maison du sol au plafond. T1, terrassements, fondations, drainage, canalisations, bétons, mortiers, dallages et chapes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Schenke,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2040032959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maison individuelle/ durabilité des matériaux/ élévation des murs/ manuel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Une maison du sol au plafond est un manuel technique en trois volumes dédié à la construction d’une maison, depuis les travaux préparatoires jusqu’aux finitions. Il fait partie de la collection Construire et s’adresse à la fois aux professionnels du bâtiment et aux lecteurs souhaitant approfondir les aspects concrets de la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