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 T2, éléments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Delebecque, R/ Chevalier, A/ Cluzel,R/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Techniques et normalisation(N°:None)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élément de construction/ installation sanitaire/ </w:t>
            </w:r>
          </w:p>
        </w:tc>
      </w:tr>
    </w:tbl>
    <w:p>
      <w:pPr>
        <w:pStyle w:val="Heading3"/>
      </w:pPr>
      <w:r>
        <w:t>Résumé :</w:t>
      </w:r>
    </w:p>
    <w:p>
      <w:r>
        <w:t>Bâtiment  tome 2 éléments de construction est un ouvrage d’étude pratique destiné aux élèves et apprentis des formations btp (CAP, BEP, BP, BTS, DUT…), qui présente de façon concise les principaux éléments constructifs d’un bâtiment, leurs fonctions et leurs caractéristiques techniques. le livre est structuré autour de plusieurs éléments essentiels du bâtiment, chaque section étant consacrée à un type d’élément ou d’installation avec des explications, tableaux, illustrations et normes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