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Instrumentation et métrologie en océanographie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Menn,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Capteurs et instrumentation(N°:None)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9782746216549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Mesures physiques/ Instruments/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