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Voisin, Dominique/ Denis,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Seuil jeunesse/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métier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2020235315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du bâtiment/ métier du bâtiment/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vous passionne... vous voulez devenir architecte, chef de chantier, maçon, peintre, menuisier ? ce guide vous fait découvrir ce milieu professionnel, ses différentes filières (l'urbanisme, les matériaux, les techniques du bâtiment et des travaux publics, etc.), les études à suivre et les bonnes adresses à connaître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