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Métamorphisme et roches métamorphiques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Kornprobst,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Série Géosciences(N°:None)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223-231. Index p.p. 232-235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2100056220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métamorphisme dynamique/ cycle géologique/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essentielle pour ceux qui s’intéressent à la géologie métamorphique et à l’évolution des roches sous des conditions extrêmes.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