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corrosion et aux inhibiteurs de corrosion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Deghfel, Nadir/ Rehamnia,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Ce livre est une introduction pédagogique aux phénomènes de corrosion des matériaux métalliques et aux inhibiteurs de corrosion, c’est-à-dire les substances ou traitements qui permettent de ralentir ou prévenir la détérioration due à la corrosion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9961005503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matériaux/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pédagogique aux phénomènes de corrosion des matériaux métalliques et aux inhibiteurs de corrosion, c’est-à-dire les substances ou traitements qui permettent de ralentir ou prévenir la détérioration due à la corrosion.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