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à l'usage de l'ingénieur.T6 , organes pour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Tourancheau, A. L./ Vivier,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2040003142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pompe centrifuge/ cavitation/ </w:t>
            </w:r>
          </w:p>
        </w:tc>
      </w:tr>
    </w:tbl>
    <w:p>
      <w:pPr>
        <w:pStyle w:val="Heading3"/>
      </w:pPr>
      <w:r>
        <w:t>Résumé :</w:t>
      </w:r>
    </w:p>
    <w:p>
      <w:r>
        <w:t>Le Tome 6 est consacré aux organes mécaniques intervenant dans la circulation, la distribution, le contrôle et l’étanchéité des fluides (liquides ou gaz) dans les installations industrielles.</w:t>
        <w:br/>
        <w:br/>
        <w:br/>
        <w:br/>
        <w:t>Il aborde :</w:t>
        <w:br/>
        <w:br/>
        <w:br/>
        <w:br/>
        <w:t>Les dispositifs de transport des fluides</w:t>
        <w:br/>
        <w:br/>
        <w:br/>
        <w:br/>
        <w:t>Les systèmes de commande et de régulation</w:t>
        <w:br/>
        <w:br/>
        <w:br/>
        <w:br/>
        <w:t>Les organes d’étanchéité</w:t>
        <w:br/>
        <w:br/>
        <w:br/>
        <w:br/>
        <w:t>Les critères de dimensionnement et de choix</w:t>
        <w:br/>
        <w:br/>
        <w:br/>
        <w:br/>
        <w:t>L’ouvrage relie la mécanique, l’hydraulique et la pneumatique appliquées à la construction des machines.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