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Magnetotellurique: acquisition, traitement et interprétation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Mabrouk/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géophysique électromagnétique/ résistivité électrique/ </w:t>
            </w:r>
          </w:p>
        </w:tc>
      </w:tr>
    </w:tbl>
    <w:p>
      <w:pPr>
        <w:pStyle w:val="Heading3"/>
      </w:pPr>
      <w:r>
        <w:t>Résumé :</w:t>
      </w:r>
    </w:p>
    <w:p>
      <w:r>
        <w:t>Ce manuel constitue un guide complet sur la méthode magnétotellurique, couvrant l'intégralité de la chaîne de valeur, de la théorie physique à l'application concrète.</w:t>
        <w:br/>
        <w:br/>
        <w:br/>
        <w:br/>
        <w:t>Acquisition : L'ouvrage détaille l'instrumentation nécessaire (magnétomètres, électrodes) et les protocoles de déploiement sur le terrain. Il explique comment capter les signaux de basse fréquence (sources ionosphériques) et de haute fréquence (orages tropicaux).</w:t>
        <w:br/>
        <w:br/>
        <w:br/>
        <w:br/>
        <w:t>Traitement : Une large part est consacrée à la transformation des séries temporelles brutes en fonctions de transfert (impédances). On y aborde les techniques de débruitage, le traitement robuste et l'utilisation de stations de référence lointaines (Remote Reference) pour éliminer le bruit anthropique.</w:t>
        <w:br/>
        <w:br/>
        <w:br/>
        <w:br/>
        <w:t>Interprétation : Le livre explore la modélisation directe et l'inversion des données (1D, 2D et 3D). Il guide le lecteur dans l'intégration géologique des modèles de résistivité pour des domaines variés : exploration minière, géothermie, hydrorologie et étude de la lithosphère.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