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paléontologie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Babin,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Géologie(N°:None)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paléontologie/ Fossilisation/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introduction complète à la paléontologie, science qui étudie les êtres vivants du passé à partir des fossiles. Claude Babin y présente les bases théoriques et méthodologiques nécessaires pour comprendre l’histoire de la vie sur Terre, depuis les premières formes de vie jusqu’aux organismes plus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