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mécanique des roches,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Comité français de mécanique des roches/ Homand, Françoise/ Duffaut, Pierre/ Rérest, Pierre/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terre et de l'environnement(N°:None)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2911762231</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essais en laboratoire/ ingénierie géologique/ </w:t>
            </w:r>
          </w:p>
        </w:tc>
      </w:tr>
    </w:tbl>
    <w:p>
      <w:pPr>
        <w:pStyle w:val="Heading3"/>
      </w:pPr>
      <w:r>
        <w:t>Résumé :</w:t>
      </w:r>
    </w:p>
    <w:p>
      <w:r>
        <w:t>Cet ouvrage st destiné aux étudiants, et plus généralement à tous ceux qui abordent la discipline. Il s'efforce de présenter une introduction aux différents aspects de la mécanique des roches, sans avoir l'ambition de développer complètement les recherches les plus récentes, auxquelles renvoient des indications bibliographiques.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