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mécaniques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Mandel, Jean/ Centre national de la recherche scientifique/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