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 du granite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Raguin, Eugène/ Wegmann,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XI-276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260-272.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2225427577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Le livre est une étude détaillée et synthétique sur les granites, ces roches plutoniques caractéristiques de la croûte terrestre. Raguin n’offre pas seulement une description descriptive, mais cherche à comprendre les processus de formation, la nature et la diversité des granites dans leur cadre géologique.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