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Évacuation des eaux pluviales urbaines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Fouquet, Sarah/ Coste, Christian/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Collections de la formation continue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2859780106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évacuation d'eau/ </w:t>
            </w:r>
          </w:p>
        </w:tc>
      </w:tr>
    </w:tbl>
    <w:p>
      <w:pPr>
        <w:pStyle w:val="Heading3"/>
      </w:pPr>
      <w:r>
        <w:t>Résumé :</w:t>
      </w:r>
    </w:p>
    <w:p>
      <w:r>
        <w:t>Évacuation des eaux pluviales urbaines is a technical manual focused on the planning, design, and management of urban stormwater drainage systems. It covers the principles and methods used to collect and dispose of rainwater in built environments, emphasizing engineering practices that reduce flooding, protect infrastructure, and manage runoff effectively. The book likely details hydraulic calculations, types of drainage structures, network layouts, materials, and practical implementation strategies for urban planners, civil engineers, and water resource professionals. This work serves as a reference for understanding how urban stormwater systems are engineered to cope with varying rainfall intensities and urban growth challenges.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