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systèmes et des milieux déformables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2729855564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déformation/ discrétisation/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la synthèse de plusieurs domaines : mécanique du solide, poutres, fluides, élasticité, vibrations et éléments finis, dans le cadre du programme de mécanique des systèmes et milieux déformables.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