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eaux souterraines: classification et méthodes d'évaluations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Plotnikov, N.A/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hydrogéologie/ eau souterraine/ </w:t>
            </w:r>
          </w:p>
        </w:tc>
      </w:tr>
    </w:tbl>
    <w:p>
      <w:pPr>
        <w:pStyle w:val="Heading3"/>
      </w:pPr>
      <w:r>
        <w:t>Résumé :</w:t>
      </w:r>
    </w:p>
    <w:p>
      <w:r>
        <w:t>Dans cet ouvrage, Plotnikov propose une analyse complète des ressources en eaux souterraines, en combinant les bases théoriques de l’hydrogéologie avec les méthodes pratiques d’évaluation quantitative et qualitative des aquifères. Le livre constitue une référence pour les étudiants en hydrogéologie, génie hydraulique et sciences de la Terre, ainsi que pour les ingénieurs spécialisés dans la gestion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