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objets et méthodes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8e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2040198679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Voici un résumé clair et structuré du manuel Géologie : objets et méthodes de Jean Dercourt (souvent co-signé avec Jacques Paquet, édition Dunod, 10ᵉ éd. vers 1999) — un manuel pédagogique complet destiné aux étudiants en sciences de la Terre :</w:t>
        <w:br/>
        <w:br/>
        <w:br/>
        <w:br/>
        <w:t>📘 Résumé de Géologie : objets et méthodes</w:t>
        <w:br/>
        <w:br/>
        <w:t>🧠 Objectif de l’ouvrage</w:t>
        <w:br/>
        <w:br/>
        <w:br/>
        <w:br/>
        <w:t>Ce livre offre un panorama général de la géologie, depuis les éléments constitutifs de la Terre jusqu’aux méthodes d’étude des phénomènes géologiques. Il vise à développer la compréhension des processus qui gouvernent la structure, l’évolution et les interactions des différentes composantes de la planète, en s’appuyant à la fois sur l’observation sur le terrain et sur des modélisations scientifiques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