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Chauffage, ventilation, climatisation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Couillard, Daniel/ Bouige, René/ Peirani,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du bâtiment(N°:None)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Chauffage de bâtiment/ ventilation naturelle et mécanique/ </w:t>
            </w:r>
          </w:p>
        </w:tc>
      </w:tr>
    </w:tbl>
    <w:p>
      <w:pPr>
        <w:pStyle w:val="Heading3"/>
      </w:pPr>
      <w:r>
        <w:t>Résumé :</w:t>
      </w:r>
    </w:p>
    <w:p>
      <w:r>
        <w:t>Ouvrage très complet sur les bases et les principaux principes d'énergétique. Les auteurs passent aux cribles différentes situations pratiques que le technicien ou l'ingénieur peuvent rencontrer dans leur vie professionnelle.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