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dictionnaire professionnel du BTP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Jean-Paul/ Blin-Lacroix, Jean-Luc/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9782212132373</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dictionnaire technique/ vocabulaire professionnel/ </w:t>
            </w:r>
          </w:p>
        </w:tc>
      </w:tr>
    </w:tbl>
    <w:p>
      <w:pPr>
        <w:pStyle w:val="Heading3"/>
      </w:pPr>
      <w:r>
        <w:t>Résumé :</w:t>
      </w:r>
    </w:p>
    <w:p>
      <w:r>
        <w:t>De l'abaisseur de tension à la ZUP passant par les douze grands types de fenêtre et leurs schémas, la niche d'arrachement ou encore la tonne équivalent pétrole, ce dictionnaire recense tous les termes utilisés par les professionnels de la construction, qu'ils soient sur les chantiers ou dans les bureaux, techniciens ou urbanistes, artisans ou étudiants, entrepreneurs ou architectes. rigoureusement conforme aux règles lexicographiques, il donne de chaque terme une définition précise où le thème, le sens et les usages sont exposés clairement.</w:t>
        <w:br/>
        <w:br/>
        <w:t>pour que l'ouvrage renseigne efficacement tous les lecteurs quels qu'ils soient et d'où qu'ils viennent, termes courants et définitions générales sont à leur place parmi les quelque 11000 définitions illustrées de près d'un millier de schémas.</w:t>
        <w:br/>
        <w:br/>
        <w:t>la précision et la concision des définitions autant que la clarté des schémas font de ce livre compact un outil universel pour les entreprises, les administrations, les bureaux d'études ou de contrôle mais aussi les artisans, les techniciens, les architectes et les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