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au feu des structures béton-acier-bois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Barthélémy, Bernard/ Blachère, Gérard/ Kruppa, Joel/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X-277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à l'épreuve du feu/ la résistance au feu/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