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milieux physiques continentaux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Lageat, Yannick/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2701133092</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géomorphologie/ hydrologie continentale/ </w:t>
            </w:r>
          </w:p>
        </w:tc>
      </w:tr>
    </w:tbl>
    <w:p>
      <w:pPr>
        <w:pStyle w:val="Heading3"/>
      </w:pPr>
      <w:r>
        <w:t>Résumé :</w:t>
      </w:r>
    </w:p>
    <w:p>
      <w:r>
        <w:t>-5 % &amp; livraison GRATUITE en points de retrait éligibles, à sélectionner lors du paiement. Détails</w:t>
        <w:br/>
        <w:br/>
        <w:t>Cet ouvrage, conforme au nouvel esprit de la géographie qui met l'accent sur l'environnement, étudie le fonctionnement " naturel " des milieux physiques continentaux dans la perspective de la longue histoire des relations que l'homme a entretenues avec eux. Ces milieux lui proposent des cadres de vie, mais leur anthropisation en modifie les équilibres, voire entraîne des effets de dérive pervers. Rappelant les fondements élémentaires de la géographie physique générale (suffisants et indispensables pour la licence et le CAPES), ce livre est une étude systématique de l'inégale " dénaturation " des milieux (arides, froids, tropicaux, tempérés, montagnards) qui peut conduire à de réelles dégradations et laisser entrevoir la perspective d'un changement global. Pour classes préparatoires aux grandes écoles ; 1er cycle universitaire ; concours administratifs ; Instituts d'études politiques...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