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laboratoire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kedjour, Nasr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9961005961</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laboratoire du béton/ essais de béton/ dosage du béton/ hydratation du ciment/ </w:t>
            </w:r>
          </w:p>
        </w:tc>
      </w:tr>
    </w:tbl>
    <w:p>
      <w:pPr>
        <w:pStyle w:val="Heading3"/>
      </w:pPr>
      <w:r>
        <w:t>Résumé :</w:t>
      </w:r>
    </w:p>
    <w:p>
      <w:r>
        <w:t>L’ouvrage Le laboratoire du béton est un manuel pratique et technique destiné aux étudiants en génie civil, aux techniciens de laboratoire et aux professionnels du bâtiment. Il traite essentiellement des essais de laboratoire relatifs aux matériaux utilisés dans la construction, avec un accent particulier sur le béton et ses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