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Eléments de théorie du signal : les signaux aléatoires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Charbit, Maurice/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pédagogique de télécommunication(N°:None)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2729890750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signau aleatoire/ Théorie du signal/ </w:t>
            </w:r>
          </w:p>
        </w:tc>
      </w:tr>
    </w:tbl>
    <w:p>
      <w:pPr>
        <w:pStyle w:val="Heading3"/>
      </w:pPr>
      <w:r>
        <w:t>Résumé :</w:t>
      </w:r>
    </w:p>
    <w:p>
      <w:r>
        <w:t>Éléments de théorie du signal : les signaux aléatoires présente les bases théoriques nécessaires à l’analyse et à la modélisation des signaux aléatoires, en mettant l’accent sur les concepts probabilistes, les caractéristiques statistiques et leur application au traitement et à la transmission de l’information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