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géologie avec solutions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Saaidi, Elkbir/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Afrique Orient/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99810597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collection d’exercices de géologie avec leurs solutions détaillées, conçue pour aider les étudiants à réviser, appliquer et approfondir les concepts fondamentaux de la géologie enseignés durant les deux premiers cycles universitaires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