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Pratique du béton précontraint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Dreux, Georges/ Guyon, 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4é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Uti(N°:None)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béton précontraint/ retrait du béton/ fluage du béton/ </w:t>
            </w:r>
          </w:p>
        </w:tc>
      </w:tr>
    </w:tbl>
    <w:p>
      <w:pPr>
        <w:pStyle w:val="Heading3"/>
      </w:pPr>
      <w:r>
        <w:t>Résumé :</w:t>
      </w:r>
    </w:p>
    <w:p>
      <w:r>
        <w:t>L’ouvrage « Pratique du béton précontraint » de Georges Dreux est un manuel professionnel qui aborde de manière pratique, concise et technique tous les éléments nécessaires à la compréhension et à la conception des structures en béton précontraint.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