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Hydrologie continentale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Cosandey, Claude/ Robinson, Mark/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U. Géographie(N°:None)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9782200272111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hydrologie/ Eaux continentales/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référence, qui porte principalement sur les milieux tempérés, est destiné aux étudiants de géographie et de géologie de surface, et plus largement à l’ensemble des acteurs de l’environnement.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