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Matières plastiques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Trotignon, J-P/ Verdu, J./ Dobraczynski,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Afnor/ 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Précis(N°:None)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2124250310 .- 209179581X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Matériaux de l'ingénieur/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matière plastique/ matériaux/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 " Précis de Matières plastiques ", de la collection des Précis AFNOR-Nathan, permet une meilleure connaissance des matériaux et de leur utilisation.</w:t>
        <w:br/>
        <w:br/>
        <w:t>Cet ouvrage a été rédigé par une équipe d'auteurs qui a eu l'ambition de donner un accès clair et synthétique au savoir scientifique et technologique de leur domaine.</w:t>
        <w:br/>
        <w:br/>
        <w:t>Outil indispensable pendant les études et tout au long de la vie professionnelle, c'est un ouvrage de référence grâce à son contenu scientifique (structures des matériaux, élaboration, durée de vie,... ) technologique (calculs, éléments de structures, essais, techniques de réalisations, conception, ..) et normatif.</w:t>
        <w:br/>
        <w:br/>
        <w:t>Il s'adresse aussi bien aux élèves, aux étudiants, aux enseignants des classes de BTS, DUT, Bachelors, licences, diplômes d'ingénieur ou d'architecte... qu'aux praticiens, concepteurs, ingénieurs ou techniciens.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