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La physiologie en aquaculture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Boeuf, Gilles/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IFREMER/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71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 en coul.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Bilans &amp; prospectives(N°:None)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Mariculture/ </w:t>
            </w:r>
          </w:p>
        </w:tc>
      </w:tr>
    </w:tbl>
    <w:p>
      <w:pPr>
        <w:pStyle w:val="Heading3"/>
      </w:pPr>
      <w:r>
        <w:t>Résumé :</w:t>
      </w:r>
    </w:p>
    <w:p/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