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Commenter la carte topographique aux examens et concours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Tiffou, Jacky/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2200018797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territoire (France)/ occupation du sol/ </w:t>
            </w:r>
          </w:p>
        </w:tc>
      </w:tr>
    </w:tbl>
    <w:p>
      <w:pPr>
        <w:pStyle w:val="Heading3"/>
      </w:pPr>
      <w:r>
        <w:t>Résumé :</w:t>
      </w:r>
    </w:p>
    <w:p>
      <w:r>
        <w:t>Pour comprendre et aborder l'épreuve délicate du commentaire des cartes topographiques, cet ouvrage propose une méthode originale associant l'acquisition des connaissances et leur mobilisation. Il comprend : * un cours structuré définissant les finalités de l'épreuve et développant les termes essentiels du commentaire de carte, mettant en garde contre les principales erreurs ; * des commentaires de cartes. L'ouvrage s'appuie en permanence sur quatorze cartes présentées sous trois formes différentes : du commentaire synthétique aux plans et aux études thématiques, laissant au candidat la possibilité de construire leur explication à partit de suggestions de plans ; * des outils : un index alphabétique des clés et repères qui permettent une maîtrise immédiate des notions essentielles, les références bibliographiques essentielles qui renvoient à la bibliographie générale et thématique pour approfondir les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