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Dosage et controle des mélanges de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Kosmatka, Steve H./ Kerkhoff, Beatrix/ McGrath, Richard J./ Douglas, Hooton/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association canadienne du ciment/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dosage du béton/ béton frais/ bétons spéciaux/ essais sur béton durci/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Steve H. Kosmatka constitue un manuel de référence consacré à la conception, au dosage et au contrôle des mélanges de béton, avec une approche à la fois théorique et pratique. Il s’adresse principalement aux ingénieurs, techniciens, laboratoires et professionnels du génie civil impliqués dans la production et le contrôle de la qualité du béton.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