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Injection des matières plastique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Pichon,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L'usine nouvelle/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matière plastique/ injection plastique/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le lecteur trouvera, présentées sous une forme directement opérationnelle, toutes les informations utiles à la maîtrise du procédé d'injection de pièces plastiques : les fiches matières, qui regroupent les données physiques et techniques utiles sur près de 70 polymères et alliages ; l'installation de production : la description des matériels et le réglage d'une presse ; les défauts d'injection, analysés et commentés, et illustrés chacun de photos en couleurs ; le contrôle qualité : les méthodes de la maîtrise statistique des procédés. Cet aide-mémoire constitue un outil de travail indispensable à tous les ingénieurs et techniciens (études, production, qualité) du domaine, et un outil de formation précieux pour les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