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Mimoun, F.Z./ Baaziz, H./ Mimoun,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El-hidaya/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métallique/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