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Injection des matières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Pichon,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"L'Usine nouvelle"/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210048804X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plastique/ thermodurcissable/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regroupe, sous une forme directement opérationnelle, toutes les données utiles à la maîtrise du procédé d'injection de pièces plastiques : fiches matières : synthèse des données physiques et techniques sur 76 polymères et alliages ; installation de production : description des matériels (presses et moules), et réglage d'une presse ; défauts d'injection (déformations, bavures, peau d'orange, etc.) : causes et remèdes, illustrés par des photos en couleurs ; contrôle qualité : méthodes de la maîtrise statistique des procédés. Cet ouvrage constitue un outil de travail indispensable à tous les ingénieurs et techniciens (études, production, qualité) en plasturgie, ainsi qu'un outil de formation précieux pour les étudiants en IUT, BTS et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