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Elloy, Jean-Pierre/ Piasco,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université. Série Électronique, électrotechnique,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regulation/ réponse fréquentielle/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qui propose une série de problèmes et d’exercices pratiques destinés à illustrer les concepts fondamentaux de l’automatique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