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Planification urbaine et régionale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Mc Loughlin, J.Brian/ Janvier, Elizabeth/ Boulanger, Hubert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Aspects de l'urbanisme(N°:None)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2040004998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planification d'urbanisme/ </w:t>
            </w:r>
          </w:p>
        </w:tc>
      </w:tr>
    </w:tbl>
    <w:p>
      <w:pPr>
        <w:pStyle w:val="Heading3"/>
      </w:pPr>
      <w:r>
        <w:t>Résumé :</w:t>
      </w:r>
    </w:p>
    <w:p>
      <w:r>
        <w:t>Synthèse de développements théoriques et pratiques fort divers ce livre montre</w:t>
        <w:br/>
        <w:br/>
        <w:t>aux urbanistes et planificateurs comment utiliser</w:t>
        <w:br/>
        <w:br/>
        <w:t>les techniques de la recherche opérationnelle, l'analyse des systèmes et la cybernétique dans le cadre urbaine et régionale.</w:t>
        <w:br/>
        <w:br/>
        <w:t>du processus de planification</w:t>
        <w:br/>
        <w:br/>
        <w:t>Il démonte le processus de planification et étudie chaque phase de celui-ci en s'appuyant sur</w:t>
        <w:br/>
        <w:br/>
        <w:t>l'état actuel des connaissances sur le comportement de l'homme à la recherche permanente de meilleures relations</w:t>
        <w:br/>
        <w:br/>
        <w:t>avec son environnement.</w:t>
        <w:br/>
        <w:br/>
        <w:t>Il analyse les théories</w:t>
        <w:br/>
        <w:br/>
        <w:t>de la localisation des activités,</w:t>
        <w:br/>
        <w:br/>
        <w:t>et du développement urbain et régional</w:t>
        <w:br/>
        <w:br/>
        <w:t>et, enfin les principes cybernétiques de contrôle des systèmes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