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Gazel, Raymond/ </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111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armatures classiques/ poutre classique/ plancher/ poutre plate/ acier pour béton armé/ </w:t>
            </w:r>
          </w:p>
        </w:tc>
      </w:tr>
    </w:tbl>
    <w:p>
      <w:pPr>
        <w:pStyle w:val="Heading3"/>
      </w:pPr>
      <w:r>
        <w:t>Résumé :</w:t>
      </w:r>
    </w:p>
    <w:p>
      <w:r>
        <w:t>L’ouvrage Le béton armé de Raymond Gazel est un guide technique complet sur le dimensionnement et la mise en œuvre des structures en béton armé, en se concentrant sur les armatures classiques et les éléments les plus courants des constructions : planchers, poutres classiques et poutres plates.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