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d'automatique.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245-248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réponse fréquentielle/ feedback/ </w:t>
            </w:r>
          </w:p>
        </w:tc>
      </w:tr>
    </w:tbl>
    <w:p>
      <w:pPr>
        <w:pStyle w:val="Heading3"/>
      </w:pPr>
      <w:r>
        <w:t>Résumé :</w:t>
      </w:r>
    </w:p>
    <w:p>
      <w:r>
        <w:t>Cet ouvrage structuré pour présenter les différentes notions essentielles, telles que la représentation des signaux (en temps continu et en temps discret), les systèmes linéaires, la transformée de Fourier, et la transformée de Laplace. L’auteur y explique comment analyser et concevoir des systèmes dynamiques à partir des signaux qu’ils traitent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