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formes du relief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Derruau, Max/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Initiation aux études de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9782200244286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l'ouvrage : l'érosion, la géographie structurale, la géomorphologie climatique et la géomorphologie littorale.</w:t>
        <w:br/>
        <w:br/>
        <w:t>Les formes du relief terrestre présente dans un style simple, dense, mais accessible, les données de base de la géomorphologie. Outil de travail essentiel, l'ouvrage s'adresse tout particulièrement aux étudiants de premier cycle de géographie et peut aussi accompagner les études de géologie, d'écologie et d'histoire. Ses éditions successives remettent chaque fois à jour les connaissances essentielles, en se défiant des modes éphémères et en se fondant sur les acquis les plus solides.</w:t>
        <w:br/>
        <w:br/>
        <w:t>Plus de 110 figures illustrent le propos et un index de plus de 500 termes facilite la consultation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