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Prospection électrique par courants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Lasfargues,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Manuels de prospection géophysique(N°:None)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prospection électrique/ prospection géophysique/ </w:t>
            </w:r>
          </w:p>
        </w:tc>
      </w:tr>
    </w:tbl>
    <w:p>
      <w:pPr>
        <w:pStyle w:val="Heading3"/>
      </w:pPr>
      <w:r>
        <w:t>Résumé :</w:t>
      </w:r>
    </w:p>
    <w:p>
      <w:r>
        <w:t>Le livre Prospection électrique par courants continus : carte de potentiel, résistivité, polarisation spontanée, polarisation induite de Pierre Lasfargues (1957) présente les principes et les applications des méthodes géophysiques basées sur l’utilisation du courant électrique continu pour étudier le sous-sol. L’auteur explique que les terrains géologiques possèdent des propriétés électriques différentes, ce qui permet d’identifier leur nature et leur structure en injectant un courant dans le sol et en mesurant les différences de potentiel obtenues. L’ouvrage décrit principalement quatre méthodes : la carte de potentiel, qui analyse la répartition des champs électriques à la surface pour détecter des anomalies ; la méthode de résistivité, qui mesure la résistance du sol au passage du courant afin de déterminer la stratification et la composition des terrains ; la polarisation spontanée, qui étudie les potentiels électriques naturels liés aux phénomènes électrochimiques et aux circulations d’eau souterraine ; et la polarisation induite, qui analyse la capacité des roches à accumuler et restituer des charges électriques, notamment pour localiser des gisements minéraux. Le livre aborde également les bases théoriques, les instruments de mesure et les techniques d’interprétation des données, tout en montrant l’importance de ces méthodes dans la recherche minière, hydrogéologique et géotechnique.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