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Goulet, Jean/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 mémoire(N°:None)</w:t>
            </w:r>
          </w:p>
        </w:tc>
      </w:tr>
      <w:tr>
        <w:trPr>
          <w:trHeight w:val="567"/>
        </w:trPr>
        <w:tc>
          <w:tcPr>
            <w:tcW w:type="dxa" w:w="3000"/>
          </w:tcPr>
          <w:p>
            <w:r>
              <w:t>Numéro d'Identification</w:t>
            </w:r>
          </w:p>
        </w:tc>
        <w:tc>
          <w:tcPr>
            <w:tcW w:type="dxa" w:w="7000"/>
          </w:tcPr>
          <w:p>
            <w:r>
              <w:t>2100488619</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élasticité linéaire/ cisaillement / plasticité/ </w:t>
            </w:r>
          </w:p>
        </w:tc>
      </w:tr>
    </w:tbl>
    <w:p>
      <w:pPr>
        <w:pStyle w:val="Heading3"/>
      </w:pPr>
      <w:r>
        <w:t>Résumé :</w:t>
      </w:r>
    </w:p>
    <w:p>
      <w:r>
        <w:t>Le lecteur trouvera dans cet aide-mémoire toutes les méthodes théoriques et pratiques permettant de réaliser des calculs de résistance des matériaux. Ces méthodes sont illustrées par de nombreux exemples et études de cas rassemblant les formules utiles pour une résolution rapide des problèmes rencontrés. Revue et corrigée, cette 8e édition a été enrichie de plus d'une trentaine de nouveaux cas résolus et complétée d'un chapitre sur l'étude en plasticité des plaques. Laide-mémoire de résistance des matériaux constitue un support de travail indispensable aux ingénieurs et techniciens en activité. Il sera également une référence utile aux étudiants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