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surveillance et l'entretien des petits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Royet,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CEMAGREF-DICOVA/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2853623831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barrage/ contrôle technique/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technique de référence consacré à la surveillance, l’entretien et la sécurité des petits barrages, en particulier ceux utilisés pour l’irrigation, l’alimentation en eau, la régulation des crues ou des usages locaux.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