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commentaire de dossiers en géographie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Pigeon,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Anthropos/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Universités. Géographie(N°:None)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138-139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9782717839883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Interdocumentalité/ Croquis de synthèse/ </w:t>
            </w:r>
          </w:p>
        </w:tc>
      </w:tr>
    </w:tbl>
    <w:p>
      <w:pPr>
        <w:pStyle w:val="Heading3"/>
      </w:pPr>
      <w:r>
        <w:t>Résumé :</w:t>
      </w:r>
    </w:p>
    <w:p>
      <w:r>
        <w:t>Ce livre est destiné à tous les étudiants désireux de mieux comprendre les raisonnements du géographe grâce à un exercice dont l'efficacité est reconnue par les concours recrutant les futurs enseignants : le commentaire de dossiers. Après une introduction méthodologique, il propose huit exemples qui portent sur des thèmes comme des pays variés (Chine, Japon, Bangladesh, Pays-Bas, Maroc, Syrie, Autriche, Suisse et France), mais qui sont régulièrement abordés dans les Universités françaises, tout comme par les programmes des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